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FC8F9" w14:textId="77777777" w:rsidR="00957C80" w:rsidRDefault="00000000">
      <w:pPr>
        <w:pStyle w:val="Title"/>
      </w:pPr>
      <w:r>
        <w:t>RS485 Modbus Logger</w:t>
      </w:r>
      <w:r>
        <w:br/>
        <w:t>User Manual</w:t>
      </w:r>
    </w:p>
    <w:p w14:paraId="1EFDAD5C" w14:textId="77777777" w:rsidR="00957C80" w:rsidRDefault="00000000">
      <w:r>
        <w:rPr>
          <w:b/>
        </w:rPr>
        <w:t>Version 2.0</w:t>
      </w:r>
      <w:r>
        <w:rPr>
          <w:b/>
        </w:rPr>
        <w:br/>
      </w:r>
      <w:r>
        <w:t>JW Technical Consultancy Ltd.</w:t>
      </w:r>
    </w:p>
    <w:p w14:paraId="04F05F0B" w14:textId="77777777" w:rsidR="00957C80" w:rsidRDefault="00000000">
      <w:pPr>
        <w:pStyle w:val="Heading1"/>
      </w:pPr>
      <w:r>
        <w:t>1. Introduction</w:t>
      </w:r>
    </w:p>
    <w:p w14:paraId="147ADA74" w14:textId="77777777" w:rsidR="00957C80" w:rsidRDefault="00000000">
      <w:r>
        <w:t>The RS485 Modbus Logger is a portable instrument for monitoring, decoding, transmitting and logging Modbus RTU traffic on RS485 networks. It provides live monitoring, data logging to a microSD card, register decoding using CSV database files and Modbus master transmit functions.</w:t>
      </w:r>
    </w:p>
    <w:p w14:paraId="481B431F" w14:textId="77777777" w:rsidR="00957C80" w:rsidRDefault="00000000">
      <w:pPr>
        <w:pStyle w:val="Heading1"/>
      </w:pPr>
      <w:r>
        <w:t>2. Features</w:t>
      </w:r>
    </w:p>
    <w:p w14:paraId="58EAD1D4" w14:textId="77777777" w:rsidR="00957C80" w:rsidRDefault="00000000">
      <w:r>
        <w:t>• RS485 Modbus RTU monitoring</w:t>
      </w:r>
    </w:p>
    <w:p w14:paraId="43809C7D" w14:textId="77777777" w:rsidR="00957C80" w:rsidRDefault="00000000">
      <w:r>
        <w:t>• Modbus RTU transmit functions</w:t>
      </w:r>
    </w:p>
    <w:p w14:paraId="38004585" w14:textId="77777777" w:rsidR="00957C80" w:rsidRDefault="00000000">
      <w:r>
        <w:t>• Raw frame logging</w:t>
      </w:r>
    </w:p>
    <w:p w14:paraId="7D77DE8C" w14:textId="77777777" w:rsidR="00957C80" w:rsidRDefault="00000000">
      <w:r>
        <w:t>• CRC validation</w:t>
      </w:r>
    </w:p>
    <w:p w14:paraId="7AA19BE3" w14:textId="77777777" w:rsidR="00957C80" w:rsidRDefault="00000000">
      <w:r>
        <w:t>• Slave node discovery</w:t>
      </w:r>
    </w:p>
    <w:p w14:paraId="24E65D8F" w14:textId="77777777" w:rsidR="00957C80" w:rsidRDefault="00000000">
      <w:r>
        <w:t>• CSV register database support</w:t>
      </w:r>
    </w:p>
    <w:p w14:paraId="34A007CC" w14:textId="77777777" w:rsidR="00957C80" w:rsidRDefault="00000000">
      <w:r>
        <w:t>• OLED display with rotary encoder interface</w:t>
      </w:r>
    </w:p>
    <w:p w14:paraId="7A57F692" w14:textId="77777777" w:rsidR="00957C80" w:rsidRDefault="00000000">
      <w:r>
        <w:t>• Firmware update from SD card</w:t>
      </w:r>
    </w:p>
    <w:p w14:paraId="1B9B3A99" w14:textId="77777777" w:rsidR="00957C80" w:rsidRDefault="00000000">
      <w:r>
        <w:t>• EEPROM configuration storage</w:t>
      </w:r>
    </w:p>
    <w:p w14:paraId="2D23C74A" w14:textId="77777777" w:rsidR="00957C80" w:rsidRDefault="00000000">
      <w:r>
        <w:t>• Configurable baud rate, data bits, parity and stop bits</w:t>
      </w:r>
    </w:p>
    <w:p w14:paraId="50A13534" w14:textId="77777777" w:rsidR="00957C80" w:rsidRDefault="00000000">
      <w:r>
        <w:t>• Switchable RS485 bus termination</w:t>
      </w:r>
    </w:p>
    <w:p w14:paraId="5382E521" w14:textId="77777777" w:rsidR="00957C80" w:rsidRDefault="00000000">
      <w:pPr>
        <w:pStyle w:val="Heading1"/>
      </w:pPr>
      <w:r>
        <w:t>3. Modbus RTU Overview</w:t>
      </w:r>
    </w:p>
    <w:p w14:paraId="5F9D09A3" w14:textId="77777777" w:rsidR="00957C80" w:rsidRDefault="00000000">
      <w:r>
        <w:t>Frame Format:</w:t>
      </w:r>
    </w:p>
    <w:p w14:paraId="2687AC93" w14:textId="77777777" w:rsidR="00957C80" w:rsidRDefault="00000000">
      <w:r>
        <w:t>[Slave][Function][Data][CRC Low][CRC High]</w:t>
      </w:r>
    </w:p>
    <w:p w14:paraId="3DF44EA1" w14:textId="77777777" w:rsidR="00957C80" w:rsidRDefault="00957C80"/>
    <w:p w14:paraId="60795E6A" w14:textId="77777777" w:rsidR="00957C80" w:rsidRDefault="00000000">
      <w:r>
        <w:lastRenderedPageBreak/>
        <w:t>Supported function codes:</w:t>
      </w:r>
    </w:p>
    <w:p w14:paraId="2B27DFE0" w14:textId="77777777" w:rsidR="00957C80" w:rsidRDefault="00000000">
      <w:r>
        <w:t>01 Read Coils</w:t>
      </w:r>
    </w:p>
    <w:p w14:paraId="33C46646" w14:textId="77777777" w:rsidR="00957C80" w:rsidRDefault="00000000">
      <w:r>
        <w:t>02 Read Discrete Inputs</w:t>
      </w:r>
    </w:p>
    <w:p w14:paraId="1094535D" w14:textId="77777777" w:rsidR="00957C80" w:rsidRDefault="00000000">
      <w:r>
        <w:t>03 Read Holding Registers</w:t>
      </w:r>
    </w:p>
    <w:p w14:paraId="254ED8A6" w14:textId="77777777" w:rsidR="00957C80" w:rsidRDefault="00000000">
      <w:r>
        <w:t>04 Read Input Registers</w:t>
      </w:r>
    </w:p>
    <w:p w14:paraId="5CDA252E" w14:textId="77777777" w:rsidR="00957C80" w:rsidRDefault="00000000">
      <w:r>
        <w:t>05 Write Single Coil</w:t>
      </w:r>
    </w:p>
    <w:p w14:paraId="37D13D7D" w14:textId="77777777" w:rsidR="00957C80" w:rsidRDefault="00000000">
      <w:r>
        <w:t>06 Write Single Register</w:t>
      </w:r>
    </w:p>
    <w:p w14:paraId="7130ADD6" w14:textId="77777777" w:rsidR="00957C80" w:rsidRDefault="00000000">
      <w:r>
        <w:t>15 Write Multiple Coils</w:t>
      </w:r>
    </w:p>
    <w:p w14:paraId="7389EB3E" w14:textId="77777777" w:rsidR="00957C80" w:rsidRDefault="00000000">
      <w:r>
        <w:t>16 Write Multiple Registers</w:t>
      </w:r>
    </w:p>
    <w:p w14:paraId="0D129726" w14:textId="77777777" w:rsidR="00957C80" w:rsidRDefault="00957C80"/>
    <w:p w14:paraId="1D3D3664" w14:textId="77777777" w:rsidR="00957C80" w:rsidRDefault="00000000">
      <w:r>
        <w:t>All received frames are CRC checked before decoding.</w:t>
      </w:r>
    </w:p>
    <w:p w14:paraId="505C6CE6" w14:textId="77777777" w:rsidR="00957C80" w:rsidRDefault="00000000">
      <w:pPr>
        <w:pStyle w:val="Heading1"/>
      </w:pPr>
      <w:r>
        <w:t>4. SD Card Structure</w:t>
      </w:r>
    </w:p>
    <w:p w14:paraId="04CA93D7" w14:textId="77777777" w:rsidR="00957C80" w:rsidRDefault="00000000">
      <w:r>
        <w:t>Root</w:t>
      </w:r>
    </w:p>
    <w:p w14:paraId="6A96623D" w14:textId="77777777" w:rsidR="00957C80" w:rsidRDefault="00000000">
      <w:r>
        <w:t xml:space="preserve"> LOGxxxxx.CSV</w:t>
      </w:r>
    </w:p>
    <w:p w14:paraId="2643B4C6" w14:textId="77777777" w:rsidR="00957C80" w:rsidRDefault="00000000">
      <w:r>
        <w:t xml:space="preserve"> FIRMWARE.BIN</w:t>
      </w:r>
    </w:p>
    <w:p w14:paraId="0E7AD804" w14:textId="77777777" w:rsidR="00957C80" w:rsidRDefault="00000000">
      <w:r>
        <w:t xml:space="preserve"> /MODBUS/</w:t>
      </w:r>
    </w:p>
    <w:p w14:paraId="19BDBAE4" w14:textId="77777777" w:rsidR="00957C80" w:rsidRDefault="00000000">
      <w:r>
        <w:t xml:space="preserve">     *.CSV register database files</w:t>
      </w:r>
    </w:p>
    <w:p w14:paraId="1EB78177" w14:textId="77777777" w:rsidR="00957C80" w:rsidRDefault="00000000">
      <w:pPr>
        <w:pStyle w:val="Heading1"/>
      </w:pPr>
      <w:r>
        <w:t>5. Database Format</w:t>
      </w:r>
    </w:p>
    <w:p w14:paraId="00EE7465" w14:textId="77777777" w:rsidR="00957C80" w:rsidRDefault="00000000">
      <w:r>
        <w:t>#Slave,Function,Register,Name,Scale,Offset,Unit</w:t>
      </w:r>
    </w:p>
    <w:p w14:paraId="56F40914" w14:textId="77777777" w:rsidR="00957C80" w:rsidRDefault="00000000">
      <w:r>
        <w:t>1,3,40001,Temperature,0.1,0,C</w:t>
      </w:r>
    </w:p>
    <w:p w14:paraId="6B0D1B8E" w14:textId="77777777" w:rsidR="00957C80" w:rsidRDefault="00000000">
      <w:r>
        <w:t>1,3,40002,Pressure,0.01,0,Bar</w:t>
      </w:r>
    </w:p>
    <w:p w14:paraId="70E71357" w14:textId="77777777" w:rsidR="00957C80" w:rsidRDefault="00000000">
      <w:r>
        <w:t>1,4,30001,BatteryVoltage,0.1,0,V</w:t>
      </w:r>
    </w:p>
    <w:p w14:paraId="6BDDDB14" w14:textId="77777777" w:rsidR="00957C80" w:rsidRDefault="00000000">
      <w:pPr>
        <w:pStyle w:val="Heading1"/>
      </w:pPr>
      <w:r>
        <w:t>6. Menu System</w:t>
      </w:r>
    </w:p>
    <w:p w14:paraId="392A6C74" w14:textId="77777777" w:rsidR="00957C80" w:rsidRDefault="00000000">
      <w:r>
        <w:t>Main Menu</w:t>
      </w:r>
    </w:p>
    <w:p w14:paraId="2B8F5E0E" w14:textId="77777777" w:rsidR="00957C80" w:rsidRDefault="00000000">
      <w:r>
        <w:t>• Start/Stop Logging</w:t>
      </w:r>
    </w:p>
    <w:p w14:paraId="3618169A" w14:textId="77777777" w:rsidR="00957C80" w:rsidRDefault="00000000">
      <w:r>
        <w:lastRenderedPageBreak/>
        <w:t>• Modbus Monitor</w:t>
      </w:r>
    </w:p>
    <w:p w14:paraId="5527F1C7" w14:textId="77777777" w:rsidR="00957C80" w:rsidRDefault="00000000">
      <w:r>
        <w:t>• Transmit</w:t>
      </w:r>
    </w:p>
    <w:p w14:paraId="78734558" w14:textId="77777777" w:rsidR="00957C80" w:rsidRDefault="00000000">
      <w:r>
        <w:t>• Database</w:t>
      </w:r>
    </w:p>
    <w:p w14:paraId="793829F1" w14:textId="77777777" w:rsidR="00957C80" w:rsidRDefault="00000000">
      <w:r>
        <w:t>• Settings</w:t>
      </w:r>
    </w:p>
    <w:p w14:paraId="7AADEED2" w14:textId="77777777" w:rsidR="00957C80" w:rsidRDefault="00957C80"/>
    <w:p w14:paraId="7DAFDA42" w14:textId="77777777" w:rsidR="00957C80" w:rsidRDefault="00000000">
      <w:r>
        <w:t>Transmit</w:t>
      </w:r>
    </w:p>
    <w:p w14:paraId="5E550C70" w14:textId="77777777" w:rsidR="00957C80" w:rsidRDefault="00000000">
      <w:r>
        <w:t>• Poll Device</w:t>
      </w:r>
    </w:p>
    <w:p w14:paraId="7FCB0544" w14:textId="77777777" w:rsidR="00957C80" w:rsidRDefault="00000000">
      <w:r>
        <w:t>• Write Register</w:t>
      </w:r>
    </w:p>
    <w:p w14:paraId="2A960714" w14:textId="77777777" w:rsidR="00957C80" w:rsidRDefault="00000000">
      <w:r>
        <w:t>• Write Coil</w:t>
      </w:r>
    </w:p>
    <w:p w14:paraId="589A4A07" w14:textId="77777777" w:rsidR="00957C80" w:rsidRDefault="00000000">
      <w:r>
        <w:t>• Back</w:t>
      </w:r>
    </w:p>
    <w:p w14:paraId="3216DE7D" w14:textId="77777777" w:rsidR="00957C80" w:rsidRDefault="00957C80"/>
    <w:p w14:paraId="32622320" w14:textId="77777777" w:rsidR="00957C80" w:rsidRDefault="00000000">
      <w:r>
        <w:t>Settings</w:t>
      </w:r>
    </w:p>
    <w:p w14:paraId="79EA4190" w14:textId="77777777" w:rsidR="00957C80" w:rsidRDefault="00000000">
      <w:r>
        <w:t>• Date/Time</w:t>
      </w:r>
    </w:p>
    <w:p w14:paraId="2AE22155" w14:textId="77777777" w:rsidR="00957C80" w:rsidRDefault="00000000">
      <w:r>
        <w:t>• Baud Rate</w:t>
      </w:r>
    </w:p>
    <w:p w14:paraId="402582A2" w14:textId="77777777" w:rsidR="00957C80" w:rsidRDefault="00000000">
      <w:r>
        <w:t>• Data Bits</w:t>
      </w:r>
    </w:p>
    <w:p w14:paraId="7A116900" w14:textId="77777777" w:rsidR="00957C80" w:rsidRDefault="00000000">
      <w:r>
        <w:t>• Parity</w:t>
      </w:r>
    </w:p>
    <w:p w14:paraId="08F61146" w14:textId="77777777" w:rsidR="00957C80" w:rsidRDefault="00000000">
      <w:r>
        <w:t>• Stop Bits</w:t>
      </w:r>
    </w:p>
    <w:p w14:paraId="63017009" w14:textId="77777777" w:rsidR="00957C80" w:rsidRDefault="00000000">
      <w:r>
        <w:t>• RS485 Termination</w:t>
      </w:r>
    </w:p>
    <w:p w14:paraId="4933FFA8" w14:textId="77777777" w:rsidR="00957C80" w:rsidRDefault="00000000">
      <w:pPr>
        <w:pStyle w:val="Heading1"/>
      </w:pPr>
      <w:r>
        <w:t>7. Status Screen</w:t>
      </w:r>
    </w:p>
    <w:p w14:paraId="6AE3A991" w14:textId="77777777" w:rsidR="00957C80" w:rsidRDefault="00000000">
      <w:r>
        <w:t>Displays:</w:t>
      </w:r>
    </w:p>
    <w:p w14:paraId="3AED2234" w14:textId="77777777" w:rsidR="00957C80" w:rsidRDefault="00000000">
      <w:r>
        <w:t>• Firmware version</w:t>
      </w:r>
    </w:p>
    <w:p w14:paraId="3645E88D" w14:textId="77777777" w:rsidR="00957C80" w:rsidRDefault="00000000">
      <w:r>
        <w:t>• RS485 configuration</w:t>
      </w:r>
    </w:p>
    <w:p w14:paraId="32F743E3" w14:textId="77777777" w:rsidR="00957C80" w:rsidRDefault="00000000">
      <w:r>
        <w:t>• Terminator status</w:t>
      </w:r>
    </w:p>
    <w:p w14:paraId="52F42D10" w14:textId="77777777" w:rsidR="00957C80" w:rsidRDefault="00000000">
      <w:r>
        <w:t>• Selected database</w:t>
      </w:r>
    </w:p>
    <w:p w14:paraId="7C71913B" w14:textId="77777777" w:rsidR="00957C80" w:rsidRDefault="00000000">
      <w:r>
        <w:t>• SD card status</w:t>
      </w:r>
    </w:p>
    <w:p w14:paraId="2BDD7D25" w14:textId="77777777" w:rsidR="00957C80" w:rsidRDefault="00000000">
      <w:r>
        <w:t>• Logging status</w:t>
      </w:r>
    </w:p>
    <w:p w14:paraId="6B16BFE4" w14:textId="77777777" w:rsidR="00957C80" w:rsidRDefault="00000000">
      <w:r>
        <w:lastRenderedPageBreak/>
        <w:t>• Current date and time</w:t>
      </w:r>
    </w:p>
    <w:p w14:paraId="62CC8AA8" w14:textId="77777777" w:rsidR="00957C80" w:rsidRDefault="00000000">
      <w:pPr>
        <w:pStyle w:val="Heading1"/>
      </w:pPr>
      <w:r>
        <w:t>8. Modbus Monitor</w:t>
      </w:r>
    </w:p>
    <w:p w14:paraId="5BF0408C" w14:textId="77777777" w:rsidR="00957C80" w:rsidRDefault="00000000">
      <w:r>
        <w:t>Displays decoded register values from the selected CSV database while simultaneously logging raw Modbus frames to the SD card.</w:t>
      </w:r>
    </w:p>
    <w:p w14:paraId="2AE91BD1" w14:textId="77777777" w:rsidR="00957C80" w:rsidRDefault="00000000">
      <w:pPr>
        <w:pStyle w:val="Heading1"/>
      </w:pPr>
      <w:r>
        <w:t>9. Modbus Transmit</w:t>
      </w:r>
    </w:p>
    <w:p w14:paraId="4BDCFC6A" w14:textId="77777777" w:rsidR="00957C80" w:rsidRDefault="00000000">
      <w:r>
        <w:t>Poll Device</w:t>
      </w:r>
    </w:p>
    <w:p w14:paraId="77CC4007" w14:textId="77777777" w:rsidR="00957C80" w:rsidRDefault="00000000">
      <w:r>
        <w:t>Configure Slave Address, Function Code, Register, Count and Poll Period for continuous polling.</w:t>
      </w:r>
    </w:p>
    <w:p w14:paraId="71C13E5B" w14:textId="77777777" w:rsidR="00957C80" w:rsidRDefault="00957C80"/>
    <w:p w14:paraId="1D8225F7" w14:textId="77777777" w:rsidR="00957C80" w:rsidRDefault="00000000">
      <w:r>
        <w:t>Write Register</w:t>
      </w:r>
    </w:p>
    <w:p w14:paraId="24F746C7" w14:textId="77777777" w:rsidR="00957C80" w:rsidRDefault="00000000">
      <w:r>
        <w:t>Write a single holding register by specifying Slave Address, Register Number and Value.</w:t>
      </w:r>
    </w:p>
    <w:p w14:paraId="3D631629" w14:textId="77777777" w:rsidR="00957C80" w:rsidRDefault="00957C80"/>
    <w:p w14:paraId="1D5602E1" w14:textId="77777777" w:rsidR="00957C80" w:rsidRDefault="00000000">
      <w:r>
        <w:t>Write Coil</w:t>
      </w:r>
    </w:p>
    <w:p w14:paraId="07B93F5E" w14:textId="77777777" w:rsidR="00957C80" w:rsidRDefault="00000000">
      <w:r>
        <w:t>Write a single coil by specifying Slave Address, Coil Number and ON/OFF state.</w:t>
      </w:r>
    </w:p>
    <w:p w14:paraId="68C0B384" w14:textId="77777777" w:rsidR="00957C80" w:rsidRDefault="00000000">
      <w:pPr>
        <w:pStyle w:val="Heading1"/>
      </w:pPr>
      <w:r>
        <w:t>10. Log File Format</w:t>
      </w:r>
    </w:p>
    <w:p w14:paraId="43B3BBE6" w14:textId="77777777" w:rsidR="00957C80" w:rsidRDefault="00000000">
      <w:r>
        <w:t>CSV format:</w:t>
      </w:r>
    </w:p>
    <w:p w14:paraId="613C4470" w14:textId="77777777" w:rsidR="00957C80" w:rsidRDefault="00000000">
      <w:r>
        <w:t>Date,Time,Status,Length,Frame</w:t>
      </w:r>
    </w:p>
    <w:p w14:paraId="601A6D61" w14:textId="77777777" w:rsidR="00957C80" w:rsidRDefault="00957C80"/>
    <w:p w14:paraId="70E30345" w14:textId="77777777" w:rsidR="00957C80" w:rsidRDefault="00000000">
      <w:r>
        <w:t>Status:</w:t>
      </w:r>
    </w:p>
    <w:p w14:paraId="50015086" w14:textId="77777777" w:rsidR="00957C80" w:rsidRDefault="00000000">
      <w:r>
        <w:t>V = Valid CRC</w:t>
      </w:r>
    </w:p>
    <w:p w14:paraId="5D7AF23B" w14:textId="77777777" w:rsidR="00957C80" w:rsidRDefault="00000000">
      <w:r>
        <w:t>E = CRC Error</w:t>
      </w:r>
    </w:p>
    <w:p w14:paraId="50AB9B32" w14:textId="77777777" w:rsidR="00957C80" w:rsidRDefault="00000000">
      <w:pPr>
        <w:pStyle w:val="Heading1"/>
      </w:pPr>
      <w:r>
        <w:t>11. Firmware Updates</w:t>
      </w:r>
    </w:p>
    <w:p w14:paraId="626DBE3B" w14:textId="77777777" w:rsidR="00957C80" w:rsidRDefault="00000000">
      <w:r>
        <w:t>1. Copy FIRMWARE.BIN to the root of a FAT32 microSD card.</w:t>
      </w:r>
    </w:p>
    <w:p w14:paraId="2727BAF2" w14:textId="77777777" w:rsidR="00957C80" w:rsidRDefault="00000000">
      <w:r>
        <w:t>2. Hold the encoder push button.</w:t>
      </w:r>
    </w:p>
    <w:p w14:paraId="3A3BA3C4" w14:textId="77777777" w:rsidR="00957C80" w:rsidRDefault="00000000">
      <w:r>
        <w:t>3. Apply power.</w:t>
      </w:r>
    </w:p>
    <w:p w14:paraId="1D06657B" w14:textId="77777777" w:rsidR="00957C80" w:rsidRDefault="00000000">
      <w:r>
        <w:lastRenderedPageBreak/>
        <w:t>4. Release the button after the bootloader starts.</w:t>
      </w:r>
    </w:p>
    <w:p w14:paraId="196FD9E8" w14:textId="77777777" w:rsidR="00957C80" w:rsidRDefault="00957C80"/>
    <w:p w14:paraId="730751ED" w14:textId="77777777" w:rsidR="00957C80" w:rsidRDefault="00000000">
      <w:r>
        <w:t>After successful programming the firmware file is renamed FIRMWARE.OK.</w:t>
      </w:r>
    </w:p>
    <w:p w14:paraId="7ADED739" w14:textId="77777777" w:rsidR="00957C80" w:rsidRDefault="00000000">
      <w:pPr>
        <w:pStyle w:val="Heading1"/>
      </w:pPr>
      <w:r>
        <w:t>12. SD Card Compatibility</w:t>
      </w:r>
    </w:p>
    <w:p w14:paraId="51F395B9" w14:textId="77777777" w:rsidR="00957C80" w:rsidRDefault="00000000">
      <w:r>
        <w:t>Supported media</w:t>
      </w:r>
    </w:p>
    <w:p w14:paraId="08C3C954" w14:textId="77777777" w:rsidR="00957C80" w:rsidRDefault="00000000">
      <w:r>
        <w:t>• microSD and microSDHC</w:t>
      </w:r>
    </w:p>
    <w:p w14:paraId="5A0F5D4D" w14:textId="77777777" w:rsidR="00957C80" w:rsidRDefault="00000000">
      <w:r>
        <w:t>• 4 GB to 32 GB recommended</w:t>
      </w:r>
    </w:p>
    <w:p w14:paraId="1A7B3F3F" w14:textId="77777777" w:rsidR="00957C80" w:rsidRDefault="00000000">
      <w:r>
        <w:t>• FAT32 format required</w:t>
      </w:r>
    </w:p>
    <w:p w14:paraId="0536196D" w14:textId="77777777" w:rsidR="00957C80" w:rsidRDefault="00000000">
      <w:r>
        <w:t>• exFAT is not supported</w:t>
      </w:r>
    </w:p>
    <w:p w14:paraId="077A0D4B" w14:textId="77777777" w:rsidR="00957C80" w:rsidRDefault="00000000">
      <w:r>
        <w:t>• Class 10 cards recommended</w:t>
      </w:r>
    </w:p>
    <w:p w14:paraId="2E7A8949" w14:textId="77777777" w:rsidR="00957C80" w:rsidRDefault="00000000">
      <w:r>
        <w:t>The logger supports safe SD card removal and reinsertion. If a compatible card is inserted it is automatically detected and mounted.</w:t>
      </w:r>
    </w:p>
    <w:p w14:paraId="2DF17CA1" w14:textId="77777777" w:rsidR="00957C80" w:rsidRDefault="00000000">
      <w:pPr>
        <w:pStyle w:val="Heading1"/>
      </w:pPr>
      <w:r>
        <w:t>13. Troubleshooting</w:t>
      </w:r>
    </w:p>
    <w:p w14:paraId="2446EE6D" w14:textId="77777777" w:rsidR="00957C80" w:rsidRDefault="00000000">
      <w:r>
        <w:t>• Check RS485 wiring and termination.</w:t>
      </w:r>
    </w:p>
    <w:p w14:paraId="50359F71" w14:textId="77777777" w:rsidR="00957C80" w:rsidRDefault="00000000">
      <w:r>
        <w:t>• Verify baud rate, data bits, parity and stop bits.</w:t>
      </w:r>
    </w:p>
    <w:p w14:paraId="343295B5" w14:textId="77777777" w:rsidR="00957C80" w:rsidRDefault="00000000">
      <w:r>
        <w:t>• Confirm the correct database is selected.</w:t>
      </w:r>
    </w:p>
    <w:p w14:paraId="13A60A90" w14:textId="77777777" w:rsidR="00957C80" w:rsidRDefault="00000000">
      <w:r>
        <w:t>• CRC errors usually indicate wiring or serial configuration problems.</w:t>
      </w:r>
    </w:p>
    <w:p w14:paraId="63EFE691" w14:textId="77777777" w:rsidR="00957C80" w:rsidRDefault="00000000">
      <w:r>
        <w:t>• Ensure the SD card is FAT32 formatted.</w:t>
      </w:r>
    </w:p>
    <w:p w14:paraId="056D219F" w14:textId="77777777" w:rsidR="00957C80" w:rsidRDefault="00000000">
      <w:pPr>
        <w:pStyle w:val="Heading1"/>
      </w:pPr>
      <w:r>
        <w:t>14. Technical Specification</w:t>
      </w:r>
    </w:p>
    <w:p w14:paraId="46AF752D" w14:textId="77777777" w:rsidR="00957C80" w:rsidRDefault="00000000">
      <w:r>
        <w:t>Protocol: Modbus RTU over RS485</w:t>
      </w:r>
    </w:p>
    <w:p w14:paraId="542F23D3" w14:textId="77777777" w:rsidR="00957C80" w:rsidRDefault="00000000">
      <w:r>
        <w:t>Storage: microSD / microSDHC (FAT32)</w:t>
      </w:r>
    </w:p>
    <w:p w14:paraId="2F7E45BF" w14:textId="77777777" w:rsidR="00957C80" w:rsidRDefault="00000000">
      <w:r>
        <w:t>Display: OLED</w:t>
      </w:r>
    </w:p>
    <w:p w14:paraId="1A46800A" w14:textId="77777777" w:rsidR="00957C80" w:rsidRDefault="00000000">
      <w:r>
        <w:t>User Interface: Rotary encoder with push button</w:t>
      </w:r>
    </w:p>
    <w:p w14:paraId="1DAAB655" w14:textId="77777777" w:rsidR="00957C80" w:rsidRDefault="00000000">
      <w:r>
        <w:t>Firmware Update: SD card bootloader</w:t>
      </w:r>
    </w:p>
    <w:p w14:paraId="3921A549" w14:textId="77777777" w:rsidR="00957C80" w:rsidRDefault="00000000">
      <w:r>
        <w:t>Configuration Storage: EEPROM</w:t>
      </w:r>
    </w:p>
    <w:sectPr w:rsidR="00957C8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7369856">
    <w:abstractNumId w:val="8"/>
  </w:num>
  <w:num w:numId="2" w16cid:durableId="1614701983">
    <w:abstractNumId w:val="6"/>
  </w:num>
  <w:num w:numId="3" w16cid:durableId="8877572">
    <w:abstractNumId w:val="5"/>
  </w:num>
  <w:num w:numId="4" w16cid:durableId="1560902322">
    <w:abstractNumId w:val="4"/>
  </w:num>
  <w:num w:numId="5" w16cid:durableId="1272741755">
    <w:abstractNumId w:val="7"/>
  </w:num>
  <w:num w:numId="6" w16cid:durableId="1122070049">
    <w:abstractNumId w:val="3"/>
  </w:num>
  <w:num w:numId="7" w16cid:durableId="528420797">
    <w:abstractNumId w:val="2"/>
  </w:num>
  <w:num w:numId="8" w16cid:durableId="1181236372">
    <w:abstractNumId w:val="1"/>
  </w:num>
  <w:num w:numId="9" w16cid:durableId="128630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C4925"/>
    <w:rsid w:val="00957C80"/>
    <w:rsid w:val="00AA1D8D"/>
    <w:rsid w:val="00B47730"/>
    <w:rsid w:val="00CB0664"/>
    <w:rsid w:val="00FB2C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2192E8"/>
  <w14:defaultImageDpi w14:val="300"/>
  <w15:docId w15:val="{3FF54B6D-7F5F-4A9E-8DFD-E5161B33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Julian Winpenny</cp:lastModifiedBy>
  <cp:revision>2</cp:revision>
  <dcterms:created xsi:type="dcterms:W3CDTF">2013-12-23T23:15:00Z</dcterms:created>
  <dcterms:modified xsi:type="dcterms:W3CDTF">2026-07-30T19:36:00Z</dcterms:modified>
  <cp:category/>
</cp:coreProperties>
</file>